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AD2A1" w14:textId="77777777" w:rsidR="00784E13" w:rsidRDefault="00784E13"/>
    <w:p w14:paraId="4C7F31F9" w14:textId="77777777" w:rsidR="00784E13" w:rsidRDefault="00784E13"/>
    <w:p w14:paraId="46ACEA42" w14:textId="77777777" w:rsidR="00784E13" w:rsidRDefault="00784E13"/>
    <w:p w14:paraId="72A3C6C8" w14:textId="77777777" w:rsidR="00784E13" w:rsidRDefault="00784E13"/>
    <w:p w14:paraId="100DDA93" w14:textId="77777777" w:rsidR="00784E13" w:rsidRDefault="00784E13"/>
    <w:p w14:paraId="7E86ECE0" w14:textId="77777777" w:rsidR="00784E13" w:rsidRDefault="00784E13"/>
    <w:p w14:paraId="193A456A" w14:textId="77777777" w:rsidR="00784E13" w:rsidRDefault="00000000">
      <w:pPr>
        <w:jc w:val="center"/>
      </w:pPr>
      <w:r>
        <w:rPr>
          <w:b/>
          <w:sz w:val="44"/>
        </w:rPr>
        <w:t>EL VIENTO</w:t>
      </w:r>
    </w:p>
    <w:p w14:paraId="6B85A688" w14:textId="77777777" w:rsidR="00784E13" w:rsidRDefault="00000000">
      <w:pPr>
        <w:jc w:val="center"/>
      </w:pPr>
      <w:r>
        <w:rPr>
          <w:sz w:val="28"/>
        </w:rPr>
        <w:t>Ejemplo de guion literario</w:t>
      </w:r>
      <w:r>
        <w:rPr>
          <w:sz w:val="28"/>
        </w:rPr>
        <w:br/>
        <w:t>Dos escenas</w:t>
      </w:r>
    </w:p>
    <w:p w14:paraId="0152A400" w14:textId="7ACB9461" w:rsidR="00784E13" w:rsidRDefault="00000000">
      <w:pPr>
        <w:jc w:val="center"/>
      </w:pPr>
      <w:r>
        <w:rPr>
          <w:i/>
        </w:rPr>
        <w:t>Guion de:</w:t>
      </w:r>
    </w:p>
    <w:p w14:paraId="5A6A3963" w14:textId="77777777" w:rsidR="00784E13" w:rsidRDefault="00784E13"/>
    <w:p w14:paraId="38287D4F" w14:textId="77777777" w:rsidR="00784E13" w:rsidRDefault="00784E13"/>
    <w:p w14:paraId="045C05B0" w14:textId="77777777" w:rsidR="00784E13" w:rsidRDefault="00784E13"/>
    <w:p w14:paraId="5952D713" w14:textId="77777777" w:rsidR="00784E13" w:rsidRDefault="00784E13"/>
    <w:p w14:paraId="5A11DF33" w14:textId="77777777" w:rsidR="00784E13" w:rsidRDefault="00784E13"/>
    <w:p w14:paraId="7AAC858F" w14:textId="77777777" w:rsidR="00784E13" w:rsidRDefault="00784E13"/>
    <w:p w14:paraId="478CBD94" w14:textId="77777777" w:rsidR="00784E13" w:rsidRDefault="00784E13"/>
    <w:p w14:paraId="7D51AF8D" w14:textId="77777777" w:rsidR="00784E13" w:rsidRDefault="00000000">
      <w:pPr>
        <w:jc w:val="center"/>
      </w:pPr>
      <w:r>
        <w:t>UEA Guion</w:t>
      </w:r>
    </w:p>
    <w:p w14:paraId="41C8BDCB" w14:textId="77777777" w:rsidR="00784E13" w:rsidRDefault="00000000">
      <w:pPr>
        <w:jc w:val="center"/>
      </w:pPr>
      <w:r>
        <w:t>Material de ejemplo para clase</w:t>
      </w:r>
    </w:p>
    <w:p w14:paraId="4D25DB1A" w14:textId="77777777" w:rsidR="00784E13" w:rsidRDefault="00000000">
      <w:r>
        <w:br w:type="page"/>
      </w:r>
    </w:p>
    <w:p w14:paraId="405363CA" w14:textId="77777777" w:rsidR="00784E13" w:rsidRDefault="00000000">
      <w:pPr>
        <w:pStyle w:val="SceneHeading"/>
      </w:pPr>
      <w:r>
        <w:lastRenderedPageBreak/>
        <w:t>EXT. CARRETERA DE MONTAÑA – TARDE</w:t>
      </w:r>
    </w:p>
    <w:p w14:paraId="5A281313" w14:textId="77777777" w:rsidR="00784E13" w:rsidRDefault="00000000">
      <w:pPr>
        <w:pStyle w:val="Action"/>
      </w:pPr>
      <w:r>
        <w:t>Un camino angosto corta la ladera. El sol cae de lado sobre el asfalto caliente. A lo lejos, un zumbido crece hasta convertirse en una ráfaga.</w:t>
      </w:r>
    </w:p>
    <w:p w14:paraId="4E709FCF" w14:textId="77777777" w:rsidR="00784E13" w:rsidRDefault="00000000">
      <w:pPr>
        <w:pStyle w:val="Action"/>
      </w:pPr>
      <w:r>
        <w:t>TOMÁS, 16, delgado, despeinado, baja a toda velocidad en una bicicleta roja. Pedalea de pie, sonríe, se inclina en cada curva como si el camino le perteneciera.</w:t>
      </w:r>
    </w:p>
    <w:p w14:paraId="51AFB538" w14:textId="77777777" w:rsidR="00784E13" w:rsidRDefault="00000000">
      <w:pPr>
        <w:pStyle w:val="Action"/>
      </w:pPr>
      <w:r>
        <w:t>El viento le golpea la cara. Los árboles y los postes pasan convertidos en manchas. Tomás abre los brazos un segundo y vuelve a aferrarse al manubrio.</w:t>
      </w:r>
    </w:p>
    <w:p w14:paraId="5CC80A32" w14:textId="77777777" w:rsidR="00784E13" w:rsidRDefault="00000000">
      <w:pPr>
        <w:pStyle w:val="Character"/>
      </w:pPr>
      <w:r>
        <w:t>TOMÁS</w:t>
      </w:r>
    </w:p>
    <w:p w14:paraId="013C0CBD" w14:textId="77777777" w:rsidR="00784E13" w:rsidRDefault="00000000">
      <w:pPr>
        <w:pStyle w:val="Dialogue"/>
      </w:pPr>
      <w:r>
        <w:t>¡Más rápido, más rápido...!</w:t>
      </w:r>
    </w:p>
    <w:p w14:paraId="77C169B3" w14:textId="77777777" w:rsidR="00784E13" w:rsidRDefault="00000000">
      <w:pPr>
        <w:pStyle w:val="Action"/>
      </w:pPr>
      <w:r>
        <w:t>Se pone de pie sobre los pedales. La bicicleta vibra. Tomás ríe con una felicidad salvaje.</w:t>
      </w:r>
    </w:p>
    <w:p w14:paraId="5200FD53" w14:textId="77777777" w:rsidR="00784E13" w:rsidRDefault="00000000">
      <w:pPr>
        <w:pStyle w:val="Character"/>
      </w:pPr>
      <w:r>
        <w:t>TOMÁS</w:t>
      </w:r>
    </w:p>
    <w:p w14:paraId="0B0343C7" w14:textId="77777777" w:rsidR="00784E13" w:rsidRDefault="00000000">
      <w:pPr>
        <w:pStyle w:val="Dialogue"/>
      </w:pPr>
      <w:r>
        <w:t>Soy el viento.</w:t>
      </w:r>
    </w:p>
    <w:p w14:paraId="174BEEFB" w14:textId="77777777" w:rsidR="00784E13" w:rsidRDefault="00000000">
      <w:pPr>
        <w:pStyle w:val="Action"/>
      </w:pPr>
      <w:r>
        <w:t>Cruza junto a un rebaño. Un perro ladra. Una camioneta toca el claxon al verlo pasar como una exhalación. Tomás no se detiene.</w:t>
      </w:r>
    </w:p>
    <w:p w14:paraId="571BC3D0" w14:textId="77777777" w:rsidR="00784E13" w:rsidRDefault="00000000">
      <w:pPr>
        <w:pStyle w:val="Action"/>
      </w:pPr>
      <w:r>
        <w:t>La carretera se estrecha. El borde del barranco aparece a un costado. Tomás baja la mirada apenas un instante, fascinado con la sombra que corre a su lado.</w:t>
      </w:r>
    </w:p>
    <w:p w14:paraId="5F33D7FB" w14:textId="77777777" w:rsidR="00784E13" w:rsidRDefault="00000000">
      <w:pPr>
        <w:pStyle w:val="Action"/>
      </w:pPr>
      <w:r>
        <w:t>La llanta delantera pisa una piedra suelta.</w:t>
      </w:r>
    </w:p>
    <w:p w14:paraId="62F194B8" w14:textId="77777777" w:rsidR="00784E13" w:rsidRDefault="00000000">
      <w:pPr>
        <w:pStyle w:val="Action"/>
      </w:pPr>
      <w:r>
        <w:t>Un golpe seco. El manubrio se tuerce.</w:t>
      </w:r>
    </w:p>
    <w:p w14:paraId="68E33D32" w14:textId="77777777" w:rsidR="00784E13" w:rsidRDefault="00000000">
      <w:pPr>
        <w:pStyle w:val="Action"/>
      </w:pPr>
      <w:r>
        <w:t>La bicicleta se desliza fuera del asfalto. Tomás pierde el control, sale disparado y desaparece por el borde del camino.</w:t>
      </w:r>
    </w:p>
    <w:p w14:paraId="70AF85A5" w14:textId="77777777" w:rsidR="00784E13" w:rsidRDefault="00000000">
      <w:pPr>
        <w:pStyle w:val="SceneHeading"/>
      </w:pPr>
      <w:r>
        <w:t>EXT. BARRANCO / CIELO ABIERTO – CONTINUO</w:t>
      </w:r>
    </w:p>
    <w:p w14:paraId="18A70D05" w14:textId="77777777" w:rsidR="00784E13" w:rsidRDefault="00000000">
      <w:pPr>
        <w:pStyle w:val="Action"/>
      </w:pPr>
      <w:r>
        <w:t>Silencio.</w:t>
      </w:r>
    </w:p>
    <w:p w14:paraId="5BAB38E1" w14:textId="77777777" w:rsidR="00784E13" w:rsidRDefault="00000000">
      <w:pPr>
        <w:pStyle w:val="Action"/>
      </w:pPr>
      <w:r>
        <w:t>Tomás cae entre ramas, polvo y destellos de luz. La bicicleta gira con él, todavía aferrada a su impulso.</w:t>
      </w:r>
    </w:p>
    <w:p w14:paraId="52B1F531" w14:textId="77777777" w:rsidR="00784E13" w:rsidRDefault="00000000">
      <w:pPr>
        <w:pStyle w:val="Action"/>
      </w:pPr>
      <w:r>
        <w:t>De pronto, la caída se vuelve ascenso. Las ruedas dejan de buscar tierra. El cuadro vibra con una ligereza imposible.</w:t>
      </w:r>
    </w:p>
    <w:p w14:paraId="10183065" w14:textId="77777777" w:rsidR="00784E13" w:rsidRDefault="00000000">
      <w:pPr>
        <w:pStyle w:val="Action"/>
      </w:pPr>
      <w:r>
        <w:t>Tomás abre los ojos. No ha soltado el manubrio. La bicicleta está volando.</w:t>
      </w:r>
    </w:p>
    <w:p w14:paraId="0B055322" w14:textId="77777777" w:rsidR="00784E13" w:rsidRDefault="00000000">
      <w:pPr>
        <w:pStyle w:val="Action"/>
      </w:pPr>
      <w:r>
        <w:lastRenderedPageBreak/>
        <w:t>Bajo él, el barranco se vuelve pequeño. Los árboles se mecen como hierba. La carretera queda atrás, como un trazo lejano entre la montaña.</w:t>
      </w:r>
    </w:p>
    <w:p w14:paraId="6652FAEB" w14:textId="77777777" w:rsidR="00784E13" w:rsidRDefault="00000000">
      <w:pPr>
        <w:pStyle w:val="Action"/>
      </w:pPr>
      <w:r>
        <w:t>Tomás pedalea con torpeza al principio, luego con asombro y alegría. La bicicleta responde como si siempre hubiera sabido hacerlo.</w:t>
      </w:r>
    </w:p>
    <w:p w14:paraId="1870F2B9" w14:textId="77777777" w:rsidR="00784E13" w:rsidRDefault="00000000">
      <w:pPr>
        <w:pStyle w:val="Character"/>
      </w:pPr>
      <w:r>
        <w:t>TOMÁS</w:t>
      </w:r>
    </w:p>
    <w:p w14:paraId="401C6585" w14:textId="77777777" w:rsidR="00784E13" w:rsidRDefault="00000000">
      <w:pPr>
        <w:pStyle w:val="Dialogue"/>
      </w:pPr>
      <w:r>
        <w:t>Sí.</w:t>
      </w:r>
    </w:p>
    <w:p w14:paraId="1C6F6FA4" w14:textId="77777777" w:rsidR="00784E13" w:rsidRDefault="00000000">
      <w:pPr>
        <w:pStyle w:val="Action"/>
      </w:pPr>
      <w:r>
        <w:t>Una sonrisa inmensa le ilumina el rostro. Inclina el manubrio y la bicicleta cruza el aire con suavidad, llevándolo libre, liviano, feliz.</w:t>
      </w:r>
    </w:p>
    <w:p w14:paraId="7A1AB5A0" w14:textId="77777777" w:rsidR="00784E13" w:rsidRDefault="00000000">
      <w:pPr>
        <w:pStyle w:val="Action"/>
      </w:pPr>
      <w:r>
        <w:t>Pasa junto a un grupo de pájaros. Ellos no huyen: lo acompañan.</w:t>
      </w:r>
    </w:p>
    <w:p w14:paraId="6DB6AD2A" w14:textId="77777777" w:rsidR="00784E13" w:rsidRDefault="00000000">
      <w:pPr>
        <w:pStyle w:val="Action"/>
      </w:pPr>
      <w:r>
        <w:t>Tomás y la bicicleta se alejan hacia la luz de la tarde hasta volverse un punto brillante.</w:t>
      </w:r>
    </w:p>
    <w:p w14:paraId="2989E174" w14:textId="77777777" w:rsidR="00AF33E3" w:rsidRDefault="00AF33E3" w:rsidP="00AF33E3">
      <w:pPr>
        <w:pStyle w:val="SceneHeading"/>
      </w:pPr>
      <w:r>
        <w:t>EXT. CARRETERA DE MONTAÑA – ATARDECER</w:t>
      </w:r>
    </w:p>
    <w:p w14:paraId="299ADE75" w14:textId="77777777" w:rsidR="00AF33E3" w:rsidRDefault="00AF33E3" w:rsidP="00AF33E3">
      <w:pPr>
        <w:pStyle w:val="Action"/>
      </w:pPr>
      <w:r>
        <w:t xml:space="preserve">Al </w:t>
      </w:r>
      <w:proofErr w:type="spellStart"/>
      <w:r>
        <w:t>borde</w:t>
      </w:r>
      <w:proofErr w:type="spellEnd"/>
      <w:r>
        <w:t xml:space="preserve"> del </w:t>
      </w:r>
      <w:proofErr w:type="spellStart"/>
      <w:r>
        <w:t>camino</w:t>
      </w:r>
      <w:proofErr w:type="spellEnd"/>
      <w:r>
        <w:t xml:space="preserve">, </w:t>
      </w:r>
      <w:proofErr w:type="spellStart"/>
      <w:r>
        <w:t>donde</w:t>
      </w:r>
      <w:proofErr w:type="spellEnd"/>
      <w:r>
        <w:t xml:space="preserve"> </w:t>
      </w:r>
      <w:proofErr w:type="spellStart"/>
      <w:r>
        <w:t>empieza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barranco, </w:t>
      </w:r>
      <w:proofErr w:type="spellStart"/>
      <w:r>
        <w:t>una</w:t>
      </w:r>
      <w:proofErr w:type="spellEnd"/>
      <w:r>
        <w:t xml:space="preserve"> CRUZ BLANCA se </w:t>
      </w:r>
      <w:proofErr w:type="spellStart"/>
      <w:r>
        <w:t>levanta</w:t>
      </w:r>
      <w:proofErr w:type="spellEnd"/>
      <w:r>
        <w:t xml:space="preserve"> sola entre las </w:t>
      </w:r>
      <w:proofErr w:type="spellStart"/>
      <w:r>
        <w:t>hierbas</w:t>
      </w:r>
      <w:proofErr w:type="spellEnd"/>
      <w:r>
        <w:t xml:space="preserve"> </w:t>
      </w:r>
      <w:proofErr w:type="spellStart"/>
      <w:r>
        <w:t>movidas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viento</w:t>
      </w:r>
      <w:proofErr w:type="spellEnd"/>
      <w:r>
        <w:t>.</w:t>
      </w:r>
    </w:p>
    <w:p w14:paraId="3554F4A3" w14:textId="77777777" w:rsidR="00AF33E3" w:rsidRDefault="00AF33E3" w:rsidP="00AF33E3">
      <w:pPr>
        <w:pStyle w:val="Action"/>
      </w:pPr>
      <w:r>
        <w:t xml:space="preserve">La </w:t>
      </w:r>
      <w:proofErr w:type="spellStart"/>
      <w:r>
        <w:t>carretera</w:t>
      </w:r>
      <w:proofErr w:type="spellEnd"/>
      <w:r>
        <w:t xml:space="preserve"> </w:t>
      </w:r>
      <w:proofErr w:type="spellStart"/>
      <w:r>
        <w:t>sigue</w:t>
      </w:r>
      <w:proofErr w:type="spellEnd"/>
      <w:r>
        <w:t xml:space="preserve"> </w:t>
      </w:r>
      <w:proofErr w:type="spellStart"/>
      <w:r>
        <w:t>vacía</w:t>
      </w:r>
      <w:proofErr w:type="spellEnd"/>
      <w:r>
        <w:t>.</w:t>
      </w:r>
    </w:p>
    <w:p w14:paraId="35E9736D" w14:textId="77777777" w:rsidR="00784E13" w:rsidRDefault="00000000">
      <w:pPr>
        <w:pStyle w:val="Action"/>
      </w:pPr>
      <w:r>
        <w:t>FUNDIDO A NEGRO.</w:t>
      </w:r>
    </w:p>
    <w:sectPr w:rsidR="00784E13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83478058">
    <w:abstractNumId w:val="8"/>
  </w:num>
  <w:num w:numId="2" w16cid:durableId="2073304731">
    <w:abstractNumId w:val="6"/>
  </w:num>
  <w:num w:numId="3" w16cid:durableId="402262157">
    <w:abstractNumId w:val="5"/>
  </w:num>
  <w:num w:numId="4" w16cid:durableId="451677116">
    <w:abstractNumId w:val="4"/>
  </w:num>
  <w:num w:numId="5" w16cid:durableId="807431622">
    <w:abstractNumId w:val="7"/>
  </w:num>
  <w:num w:numId="6" w16cid:durableId="935745447">
    <w:abstractNumId w:val="3"/>
  </w:num>
  <w:num w:numId="7" w16cid:durableId="1290286621">
    <w:abstractNumId w:val="2"/>
  </w:num>
  <w:num w:numId="8" w16cid:durableId="729227039">
    <w:abstractNumId w:val="1"/>
  </w:num>
  <w:num w:numId="9" w16cid:durableId="243533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A67DD"/>
    <w:rsid w:val="0029639D"/>
    <w:rsid w:val="00326F90"/>
    <w:rsid w:val="00784E13"/>
    <w:rsid w:val="00AA1D8D"/>
    <w:rsid w:val="00AF33E3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6B88C9D"/>
  <w14:defaultImageDpi w14:val="300"/>
  <w15:docId w15:val="{6A560FA8-F9CF-7742-B840-5F0B64A78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ourier New" w:hAnsi="Courier New"/>
      <w:sz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ceneHeading">
    <w:name w:val="Scene Heading"/>
    <w:basedOn w:val="Normal"/>
    <w:pPr>
      <w:spacing w:before="240" w:after="120"/>
    </w:pPr>
    <w:rPr>
      <w:b/>
    </w:rPr>
  </w:style>
  <w:style w:type="paragraph" w:customStyle="1" w:styleId="Action">
    <w:name w:val="Action"/>
    <w:basedOn w:val="Normal"/>
    <w:pPr>
      <w:spacing w:after="120"/>
    </w:pPr>
  </w:style>
  <w:style w:type="paragraph" w:customStyle="1" w:styleId="Character">
    <w:name w:val="Character"/>
    <w:basedOn w:val="Normal"/>
    <w:pPr>
      <w:spacing w:before="120" w:after="0"/>
      <w:ind w:left="3888" w:right="2880"/>
    </w:pPr>
  </w:style>
  <w:style w:type="paragraph" w:customStyle="1" w:styleId="Dialogue">
    <w:name w:val="Dialogue"/>
    <w:basedOn w:val="Normal"/>
    <w:pPr>
      <w:spacing w:after="120"/>
      <w:ind w:left="2160" w:right="2160"/>
    </w:pPr>
  </w:style>
  <w:style w:type="paragraph" w:customStyle="1" w:styleId="Parenthetical">
    <w:name w:val="Parenthetical"/>
    <w:basedOn w:val="Normal"/>
    <w:pPr>
      <w:spacing w:after="0"/>
      <w:ind w:left="3168" w:right="316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363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Carlos Saldaña Ramírez</cp:lastModifiedBy>
  <cp:revision>2</cp:revision>
  <dcterms:created xsi:type="dcterms:W3CDTF">2013-12-23T23:15:00Z</dcterms:created>
  <dcterms:modified xsi:type="dcterms:W3CDTF">2026-06-01T00:29:00Z</dcterms:modified>
  <cp:category/>
</cp:coreProperties>
</file>